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sz w:val="26"/>
        </w:rPr>
        <w:t>Einverständniserklärung zur Teilnahme an einem Interview und zur Verarbeitung personenbezogener Daten</w:t>
      </w:r>
    </w:p>
    <w:p>
      <w:r>
        <w:rPr>
          <w:b w:val="0"/>
          <w:i/>
          <w:color w:val="666666"/>
          <w:sz w:val="17"/>
        </w:rPr>
        <w:t>Vorlage: Bitte alle grauen Hinweise und Platzhalter ersetzen oder löschen und mit den Vorgaben Ihrer Hochschule abgleichen. Diese Vorlage ist keine Rechtsberatung.</w:t>
      </w:r>
    </w:p>
    <w:p>
      <w:pPr>
        <w:spacing w:before="160"/>
      </w:pPr>
      <w:r>
        <w:rPr>
          <w:b/>
          <w:i w:val="0"/>
          <w:sz w:val="22"/>
        </w:rPr>
        <w:t>Forschungsvorhaben</w:t>
      </w:r>
    </w:p>
    <w:p>
      <w:r>
        <w:rPr>
          <w:b w:val="0"/>
          <w:i w:val="0"/>
        </w:rPr>
        <w:t>Titel der Arbeit: ______________________________</w:t>
      </w:r>
    </w:p>
    <w:p>
      <w:r>
        <w:rPr>
          <w:b w:val="0"/>
          <w:i w:val="0"/>
        </w:rPr>
        <w:t>Art der Arbeit (z. B. Bachelorarbeit, Masterarbeit): ______________________________</w:t>
      </w:r>
    </w:p>
    <w:p>
      <w:r>
        <w:rPr>
          <w:b w:val="0"/>
          <w:i w:val="0"/>
        </w:rPr>
        <w:t>Hochschule und Fachbereich: ______________________________</w:t>
      </w:r>
    </w:p>
    <w:p>
      <w:r>
        <w:rPr>
          <w:b w:val="0"/>
          <w:i w:val="0"/>
        </w:rPr>
        <w:t>Betreuende Person: ______________________________</w:t>
      </w:r>
    </w:p>
    <w:p>
      <w:pPr>
        <w:spacing w:before="160"/>
      </w:pPr>
      <w:r>
        <w:rPr>
          <w:b/>
          <w:i w:val="0"/>
          <w:sz w:val="22"/>
        </w:rPr>
        <w:t>Verantwortlich für die Datenverarbeitung</w:t>
      </w:r>
    </w:p>
    <w:p>
      <w:r>
        <w:rPr>
          <w:b w:val="0"/>
          <w:i w:val="0"/>
        </w:rPr>
        <w:t>Name: ______________________________   E-Mail: ______________________________</w:t>
      </w:r>
    </w:p>
    <w:p>
      <w:r>
        <w:rPr>
          <w:b w:val="0"/>
          <w:i w:val="0"/>
        </w:rPr>
        <w:t>Anschrift: ____________________________________________________________</w:t>
      </w:r>
    </w:p>
    <w:p>
      <w:r>
        <w:rPr>
          <w:b w:val="0"/>
          <w:i/>
          <w:color w:val="666666"/>
          <w:sz w:val="17"/>
        </w:rPr>
        <w:t>Hinweis: Bei Abschlussarbeiten ist meist die oder der Studierende verantwortlich, in Forschungsprojekten oft die Hochschule. Dann hier die Hochschule und ihre Datenschutzbeauftragte nennen.</w:t>
      </w:r>
    </w:p>
    <w:p>
      <w:pPr>
        <w:spacing w:before="160"/>
      </w:pPr>
      <w:r>
        <w:rPr>
          <w:b/>
          <w:i w:val="0"/>
          <w:sz w:val="22"/>
        </w:rPr>
        <w:t>1. Worum es geht</w:t>
      </w:r>
    </w:p>
    <w:p>
      <w:r>
        <w:rPr>
          <w:b w:val="0"/>
          <w:i w:val="0"/>
        </w:rPr>
        <w:t>Ich führe Interviews zum Thema ______________________________. Die Ergebnisse fließen in die oben genannte Arbeit ein. Das Interview dauert etwa ____ Minuten.</w:t>
      </w:r>
    </w:p>
    <w:p>
      <w:pPr>
        <w:spacing w:before="160"/>
      </w:pPr>
      <w:r>
        <w:rPr>
          <w:b/>
          <w:i w:val="0"/>
          <w:sz w:val="22"/>
        </w:rPr>
        <w:t>2. Aufnahme und Transkript</w:t>
      </w:r>
    </w:p>
    <w:p>
      <w:r>
        <w:rPr>
          <w:b w:val="0"/>
          <w:i w:val="0"/>
        </w:rPr>
        <w:t>Das Gespräch wird als Ton aufgenommen (bei Online-Interviews gegebenenfalls als Video, verwendet wird nur der Ton). Die Aufnahme wird verschriftlicht (Transkript). Die Verschriftlichung erfolgt durch mich selbst oder durch einen Dienstleister, der die Daten ausschließlich in meinem Auftrag und nach einem Vertrag zur Auftragsverarbeitung (Art. 28 DSGVO) verarbeitet.</w:t>
      </w:r>
    </w:p>
    <w:p>
      <w:r>
        <w:rPr>
          <w:b w:val="0"/>
          <w:i/>
          <w:color w:val="666666"/>
          <w:sz w:val="17"/>
        </w:rPr>
        <w:t>Beispiel, wenn Sie einen Dienstleister nutzen: Die Transkription erfolgt durch Transkription sofort, ein Angebot der Vierstein UG (haftungsbeschränkt) i. G., Bürgermeister-Bennecke-Straße 22, 31832 Springe. Die Verarbeitung findet ausschließlich in Deutschland statt; die Aufnahme wird dort spätestens sieben Tage nach der Verschriftlichung gelöscht.</w:t>
      </w:r>
    </w:p>
    <w:p>
      <w:pPr>
        <w:spacing w:before="160"/>
      </w:pPr>
      <w:r>
        <w:rPr>
          <w:b/>
          <w:i w:val="0"/>
          <w:sz w:val="22"/>
        </w:rPr>
        <w:t>3. Pseudonymisierung und Zitate</w:t>
      </w:r>
    </w:p>
    <w:p>
      <w:r>
        <w:rPr>
          <w:b w:val="0"/>
          <w:i w:val="0"/>
        </w:rPr>
        <w:t>Im Transkript werden Namen von Personen, Orten und Einrichtungen sowie andere Angaben, die auf Sie schließen lassen, durch Kürzel ersetzt. Die Zuordnung der Kürzel wird getrennt vom Transkript aufbewahrt und nur mir zugänglich gemacht. In der Arbeit können einzelne Aussagen in dieser pseudonymisierten Form wörtlich zitiert werden. Das vollständige Transkript kann der Arbeit als Anhang beiliegen und von den Prüfenden gelesen werden.</w:t>
      </w:r>
    </w:p>
    <w:p>
      <w:pPr>
        <w:spacing w:before="160"/>
      </w:pPr>
      <w:r>
        <w:rPr>
          <w:b/>
          <w:i w:val="0"/>
          <w:sz w:val="22"/>
        </w:rPr>
        <w:t>4. Speicherung und Löschung</w:t>
      </w:r>
    </w:p>
    <w:p>
      <w:r>
        <w:rPr>
          <w:b w:val="0"/>
          <w:i w:val="0"/>
        </w:rPr>
        <w:t>Die Aufnahme wird gelöscht, sobald das Transkript geprüft ist, spätestens am ____________. Transkript und Einverständniserklärung werden bis zum Abschluss des Prüfungsverfahrens aufbewahrt, längstens bis zum ____________, und danach gelöscht.</w:t>
      </w:r>
    </w:p>
    <w:p>
      <w:r>
        <w:rPr>
          <w:b w:val="0"/>
          <w:i/>
          <w:color w:val="666666"/>
          <w:sz w:val="17"/>
        </w:rPr>
        <w:t>Hinweis: Verlangt Ihre Hochschule die Aufbewahrung von Forschungsdaten (häufig zehn Jahre), hier angeben.</w:t>
      </w:r>
    </w:p>
    <w:p>
      <w:pPr>
        <w:spacing w:before="160"/>
      </w:pPr>
      <w:r>
        <w:rPr>
          <w:b/>
          <w:i w:val="0"/>
          <w:sz w:val="22"/>
        </w:rPr>
        <w:t>5. Freiwilligkeit und Widerruf</w:t>
      </w:r>
    </w:p>
    <w:p>
      <w:r>
        <w:rPr>
          <w:b w:val="0"/>
          <w:i w:val="0"/>
        </w:rPr>
        <w:t>Die Teilnahme ist freiwillig. Sie können einzelne Fragen unbeantwortet lassen und das Interview jederzeit abbrechen. Ihre Einwilligung können Sie jederzeit ohne Angabe von Gründen mit Wirkung für die Zukunft widerrufen (Art. 7 Abs. 3 DSGVO), formlos an die oben genannte Adresse. Dann werden Ihre Aufnahme und Ihr Transkript gelöscht, soweit sie noch nicht in die abgegebene Arbeit eingeflossen sind. Die Rechtmäßigkeit der Verarbeitung bis zum Widerruf bleibt unberührt.</w:t>
      </w:r>
    </w:p>
    <w:p>
      <w:pPr>
        <w:spacing w:before="160"/>
      </w:pPr>
      <w:r>
        <w:rPr>
          <w:b/>
          <w:i w:val="0"/>
          <w:sz w:val="22"/>
        </w:rPr>
        <w:t>6. Ihre Rechte</w:t>
      </w:r>
    </w:p>
    <w:p>
      <w:r>
        <w:rPr>
          <w:b w:val="0"/>
          <w:i w:val="0"/>
        </w:rPr>
        <w:t>Sie haben das Recht auf Auskunft (Art. 15 DSGVO), Berichtigung (Art. 16), Löschung (Art. 17), Einschränkung der Verarbeitung (Art. 18) und Datenübertragbarkeit (Art. 20). Sie können sich bei einer Datenschutz-Aufsichtsbehörde beschweren (Art. 77 DSGVO), zum Beispiel bei der Behörde Ihres Bundeslandes. Rechtsgrundlage der Verarbeitung ist Ihre Einwilligung (Art. 6 Abs. 1 Buchst. a DSGVO, für besondere Kategorien Art. 9 Abs. 2 Buchst. a DSGVO).</w:t>
      </w:r>
    </w:p>
    <w:p>
      <w:pPr>
        <w:spacing w:before="160"/>
      </w:pPr>
      <w:r>
        <w:rPr>
          <w:b/>
          <w:i w:val="0"/>
          <w:sz w:val="22"/>
        </w:rPr>
        <w:t>Erklärung</w:t>
      </w:r>
    </w:p>
    <w:p>
      <w:r>
        <w:rPr>
          <w:b w:val="0"/>
          <w:i w:val="0"/>
        </w:rPr>
        <w:t>Ich habe die Informationen gelesen und verstanden. Bitte ankreuzen:</w:t>
      </w:r>
    </w:p>
    <w:p>
      <w:pPr>
        <w:ind w:left="340" w:hanging="340"/>
      </w:pPr>
      <w:r>
        <w:rPr>
          <w:sz w:val="22"/>
        </w:rPr>
        <w:t xml:space="preserve">☐  </w:t>
      </w:r>
      <w:r>
        <w:t>Ich bin mit der Teilnahme am Interview und mit der Tonaufnahme einverstanden.</w:t>
      </w:r>
    </w:p>
    <w:p>
      <w:pPr>
        <w:ind w:left="340" w:hanging="340"/>
      </w:pPr>
      <w:r>
        <w:rPr>
          <w:sz w:val="22"/>
        </w:rPr>
        <w:t xml:space="preserve">☐  </w:t>
      </w:r>
      <w:r>
        <w:t>Ich bin mit der Verschriftlichung durch einen Dienstleister wie unter 2. beschrieben einverstanden.</w:t>
      </w:r>
    </w:p>
    <w:p>
      <w:pPr>
        <w:ind w:left="340" w:hanging="340"/>
      </w:pPr>
      <w:r>
        <w:rPr>
          <w:sz w:val="22"/>
        </w:rPr>
        <w:t xml:space="preserve">☐  </w:t>
      </w:r>
      <w:r>
        <w:t>Ich bin damit einverstanden, dass Aussagen in pseudonymisierter Form wörtlich zitiert werden.</w:t>
      </w:r>
    </w:p>
    <w:p>
      <w:pPr>
        <w:ind w:left="340" w:hanging="340"/>
      </w:pPr>
      <w:r>
        <w:rPr>
          <w:sz w:val="22"/>
        </w:rPr>
        <w:t xml:space="preserve">☐  </w:t>
      </w:r>
      <w:r>
        <w:t>Ich bin damit einverstanden, dass auch Angaben zu meiner Gesundheit, Religion, politischen Meinung oder anderen besonderen Kategorien (Art. 9 DSGVO) verarbeitet werden, soweit ich sie im Interview mache.</w:t>
      </w:r>
    </w:p>
    <w:p>
      <w:pPr>
        <w:spacing w:before="240"/>
      </w:pPr>
      <w:r>
        <w:rPr>
          <w:b w:val="0"/>
          <w:i w:val="0"/>
        </w:rPr>
        <w:t>__________________________________________________________</w:t>
      </w:r>
    </w:p>
    <w:p>
      <w:r>
        <w:rPr>
          <w:b w:val="0"/>
          <w:i w:val="0"/>
          <w:color w:val="666666"/>
          <w:sz w:val="17"/>
        </w:rPr>
        <w:t>Ort, Datum</w:t>
      </w:r>
    </w:p>
    <w:p>
      <w:pPr>
        <w:spacing w:before="240"/>
      </w:pPr>
      <w:r>
        <w:rPr>
          <w:b w:val="0"/>
          <w:i w:val="0"/>
        </w:rPr>
        <w:t>__________________________________________________________</w:t>
      </w:r>
    </w:p>
    <w:p>
      <w:r>
        <w:rPr>
          <w:b w:val="0"/>
          <w:i w:val="0"/>
          <w:color w:val="666666"/>
          <w:sz w:val="17"/>
        </w:rPr>
        <w:t>Name in Druckbuchstaben</w:t>
      </w:r>
    </w:p>
    <w:p>
      <w:pPr>
        <w:spacing w:before="240"/>
      </w:pPr>
      <w:r>
        <w:rPr>
          <w:b w:val="0"/>
          <w:i w:val="0"/>
        </w:rPr>
        <w:t>__________________________________________________________</w:t>
      </w:r>
    </w:p>
    <w:p>
      <w:r>
        <w:rPr>
          <w:b w:val="0"/>
          <w:i w:val="0"/>
          <w:color w:val="666666"/>
          <w:sz w:val="17"/>
        </w:rPr>
        <w:t>Unterschrift der interviewten Person</w:t>
      </w:r>
    </w:p>
    <w:p>
      <w:pPr>
        <w:spacing w:before="240"/>
      </w:pPr>
      <w:r>
        <w:rPr>
          <w:b w:val="0"/>
          <w:i w:val="0"/>
        </w:rPr>
        <w:t>__________________________________________________________</w:t>
      </w:r>
    </w:p>
    <w:p>
      <w:r>
        <w:rPr>
          <w:b w:val="0"/>
          <w:i w:val="0"/>
          <w:color w:val="666666"/>
          <w:sz w:val="17"/>
        </w:rPr>
        <w:t>Unterschrift der interviewenden Person</w:t>
      </w:r>
    </w:p>
    <w:sectPr w:rsidR="00FC693F" w:rsidRPr="0006063C" w:rsidSect="00034616">
      <w:footerReference w:type="default" r:id="rId9"/>
      <w:pgSz w:w="11906" w:h="16838"/>
      <w:pgMar w:top="1020"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Vorlage von Transkription sofort (transkription-sofort.de), Stand 01.10.2026. Frei verwendbar und veränderbar. Ohne Gewähr,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Einverständniserklärung Interview (Vorlage)</dc:title>
  <dc:subject/>
  <dc:creator>Transkription sofort</dc:creator>
  <cp:keywords/>
  <dc:description>generated by python-docx</dc:description>
  <cp:lastModifiedBy/>
  <cp:revision>1</cp:revision>
  <dcterms:created xsi:type="dcterms:W3CDTF">2013-12-23T23:15:00Z</dcterms:created>
  <dcterms:modified xsi:type="dcterms:W3CDTF">2013-12-23T23:15:00Z</dcterms:modified>
  <cp:category/>
</cp:coreProperties>
</file>